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sz w:val="34"/>
        </w:rPr>
        <w:t>MOTO CLUB DELLA FUTA</w:t>
      </w:r>
    </w:p>
    <w:p>
      <w:pPr>
        <w:spacing w:after="20"/>
        <w:jc w:val="center"/>
      </w:pPr>
      <w:r>
        <w:rPr>
          <w:b/>
          <w:sz w:val="18"/>
        </w:rPr>
        <w:t>ASSOCIAZIONE SPORTIVA DILETTANTISTICA</w:t>
      </w:r>
    </w:p>
    <w:p>
      <w:pPr>
        <w:spacing w:after="60"/>
        <w:jc w:val="center"/>
      </w:pPr>
      <w:r>
        <w:rPr>
          <w:b/>
          <w:sz w:val="26"/>
        </w:rPr>
        <w:t>DOMANDA DI AMMISSIONE A SOCIO - ANNO 2027</w:t>
      </w:r>
    </w:p>
    <w:p>
      <w:pPr>
        <w:spacing w:after="100"/>
        <w:jc w:val="center"/>
      </w:pPr>
      <w:r>
        <w:rPr>
          <w:b/>
          <w:color w:val="960000"/>
          <w:sz w:val="17"/>
        </w:rPr>
        <w:t>Modulo per la richiesta di ammissione a socio del Moto Club della Futa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656"/>
      </w:tblGrid>
      <w:tr>
        <w:tc>
          <w:tcPr>
            <w:tcW w:type="dxa" w:w="10656"/>
            <w:shd w:fill="F2F2F2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sz w:val="16"/>
              </w:rPr>
              <w:t>Il/La richiedente dichiara di conoscere e accettare lo Statuto vigente, i regolamenti interni e le deliberazioni degli organi sociali. La denominazione completa dell'Associazione e i dati istituzionali sono quelli risultanti dallo Statuto e dal RASD.</w:t>
            </w:r>
          </w:p>
        </w:tc>
      </w:tr>
    </w:tbl>
    <w:p>
      <w:pPr>
        <w:spacing w:after="40"/>
      </w:pPr>
      <w:r>
        <w:rPr>
          <w:b/>
          <w:sz w:val="21"/>
        </w:rPr>
        <w:t>1. DATI DEL RICHIEDENTE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Nome e cognome*</w:t>
            </w:r>
          </w:p>
        </w:tc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_________________________________________</w:t>
            </w:r>
          </w:p>
        </w:tc>
      </w:tr>
      <w:tr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Nato/a a* __________________________</w:t>
            </w:r>
          </w:p>
        </w:tc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il* ____ / ____ / ______</w:t>
            </w:r>
          </w:p>
        </w:tc>
      </w:tr>
      <w:tr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Codice fiscale*</w:t>
            </w:r>
          </w:p>
        </w:tc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_________________________________________</w:t>
            </w:r>
          </w:p>
        </w:tc>
      </w:tr>
      <w:tr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Residente in* _____________________</w:t>
            </w:r>
          </w:p>
        </w:tc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Via/Piazza* _________________________ n. ____</w:t>
            </w:r>
          </w:p>
        </w:tc>
      </w:tr>
      <w:tr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CAP* __________   Provincia* ______</w:t>
            </w:r>
          </w:p>
        </w:tc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Comune* ______________________________</w:t>
            </w:r>
          </w:p>
        </w:tc>
      </w:tr>
      <w:tr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Telefono* _________________________</w:t>
            </w:r>
          </w:p>
        </w:tc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E-mail* ___________________________________________</w:t>
            </w:r>
          </w:p>
        </w:tc>
      </w:tr>
    </w:tbl>
    <w:p>
      <w:pPr>
        <w:spacing w:after="40"/>
      </w:pPr>
      <w:r>
        <w:rPr>
          <w:b/>
          <w:sz w:val="21"/>
        </w:rPr>
        <w:t>2. DICHIARAZIONI DEL RICHIEDENTE</w:t>
      </w:r>
    </w:p>
    <w:p>
      <w:pPr>
        <w:spacing w:after="40" w:line="240" w:lineRule="auto"/>
        <w:ind w:left="72"/>
      </w:pPr>
      <w:r>
        <w:rPr>
          <w:b/>
        </w:rPr>
        <w:t xml:space="preserve">• </w:t>
      </w:r>
      <w:r>
        <w:t>Chiede di essere ammesso/a quale socio/a del Moto Club della Futa per l'anno 2027.</w:t>
      </w:r>
    </w:p>
    <w:p>
      <w:pPr>
        <w:spacing w:after="40" w:line="240" w:lineRule="auto"/>
        <w:ind w:left="72"/>
      </w:pPr>
      <w:r>
        <w:rPr>
          <w:b/>
        </w:rPr>
        <w:t xml:space="preserve">• </w:t>
      </w:r>
      <w:r>
        <w:t>Dichiara di condividere le finalità istituzionali e sportive dell'Associazione e di impegnarsi a mantenere una condotta morale, civile e sportiva conforme ai principi di lealtà, probità, correttezza e rispetto delle regole.</w:t>
      </w:r>
    </w:p>
    <w:p>
      <w:pPr>
        <w:spacing w:after="40" w:line="240" w:lineRule="auto"/>
        <w:ind w:left="72"/>
      </w:pPr>
      <w:r>
        <w:rPr>
          <w:b/>
        </w:rPr>
        <w:t xml:space="preserve">• </w:t>
      </w:r>
      <w:r>
        <w:t>Dichiara di astenersi da condotte che possano arrecare pregiudizio alla dignità, al decoro o al prestigio dell'Associazione, degli altri soci o delle autorità sportive.</w:t>
      </w:r>
    </w:p>
    <w:p>
      <w:pPr>
        <w:spacing w:after="40" w:line="240" w:lineRule="auto"/>
        <w:ind w:left="72"/>
      </w:pPr>
      <w:r>
        <w:rPr>
          <w:b/>
        </w:rPr>
        <w:t xml:space="preserve">• </w:t>
      </w:r>
      <w:r>
        <w:t>Si impegna al pagamento della quota associativa annuale e degli eventuali contributi associativi deliberati per le attività cui intenderà partecipare.</w:t>
      </w:r>
    </w:p>
    <w:p>
      <w:pPr>
        <w:spacing w:after="40" w:line="240" w:lineRule="auto"/>
        <w:ind w:left="72"/>
      </w:pPr>
      <w:r>
        <w:rPr>
          <w:b/>
        </w:rPr>
        <w:t xml:space="preserve">• </w:t>
      </w:r>
      <w:r>
        <w:t>Prende atto che la quota associativa è personale e non trasferibile e che, secondo lo Statuto, tutti i soci devono essere tesserati alla FMI nel rispetto della normativa federale applicabile.</w:t>
      </w:r>
    </w:p>
    <w:p>
      <w:pPr>
        <w:spacing w:after="40"/>
      </w:pPr>
      <w:r>
        <w:rPr>
          <w:b/>
          <w:sz w:val="21"/>
        </w:rPr>
        <w:t>3. PRIVACY - PRESA VISIONE DELL'INFORMATIVA</w:t>
      </w:r>
    </w:p>
    <w:p>
      <w:pPr>
        <w:spacing w:after="60" w:line="240" w:lineRule="auto"/>
      </w:pPr>
      <w:r>
        <w:rPr>
          <w:sz w:val="16"/>
        </w:rPr>
        <w:t>Il/La sottoscritto/a dichiara di aver ricevuto o visionato l'informativa privacy dell'Associazione resa ai sensi dell'art. 13 del Regolamento (UE) 2016/679 e della normativa nazionale applicabile. Prende atto che i dati personali saranno trattati per la gestione del rapporto associativo, per gli adempimenti previsti dalla legge e per le finalità istituzionali dell'Associazione.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blHeader w:val="true"/>
        </w:trPr>
        <w:tc>
          <w:tcPr>
            <w:tcW w:type="dxa" w:w="5328"/>
            <w:shd w:fill="E6E6E6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rPr>
                <w:b/>
              </w:rPr>
              <w:t>CONSENSI FACOLTATIVI</w:t>
            </w:r>
          </w:p>
        </w:tc>
        <w:tc>
          <w:tcPr>
            <w:tcW w:type="dxa" w:w="5328"/>
            <w:shd w:fill="E6E6E6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rPr>
                <w:b/>
              </w:rPr>
              <w:t>SCELTA</w:t>
            </w:r>
          </w:p>
        </w:tc>
      </w:tr>
      <w:tr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Autorizzo l'Associazione all'utilizzo di fotografie e/o video nei quali compaio per documentazione e promozione delle attività associative.</w:t>
            </w:r>
          </w:p>
        </w:tc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☐ SI     ☐ NO</w:t>
            </w:r>
          </w:p>
        </w:tc>
      </w:tr>
      <w:tr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Acconsento a ricevere comunicazioni informative e/o promozionali relative alle attività del Moto Club.</w:t>
            </w:r>
          </w:p>
        </w:tc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☐ SI     ☐ NO</w:t>
            </w:r>
          </w:p>
        </w:tc>
      </w:tr>
    </w:tbl>
    <w:p>
      <w:pPr>
        <w:spacing w:after="40"/>
      </w:pPr>
      <w:r>
        <w:rPr>
          <w:b/>
          <w:sz w:val="21"/>
        </w:rPr>
        <w:t>4. FIRMA DEL RICHIEDENTE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Luogo ______________________________</w:t>
            </w:r>
          </w:p>
        </w:tc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Data ____ / ____ / ______</w:t>
            </w:r>
          </w:p>
        </w:tc>
      </w:tr>
      <w:tr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Firma del richiedente*</w:t>
            </w:r>
          </w:p>
        </w:tc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_________________________________________</w:t>
            </w:r>
          </w:p>
        </w:tc>
      </w:tr>
    </w:tbl>
    <w:p>
      <w:pPr>
        <w:spacing w:before="80" w:after="0"/>
        <w:jc w:val="center"/>
      </w:pPr>
      <w:r>
        <w:rPr>
          <w:i/>
          <w:sz w:val="15"/>
        </w:rPr>
        <w:t>La firma attesta la veridicità delle dichiarazioni rese e l'accettazione dello Statuto e delle regole associative.</w:t>
      </w:r>
    </w:p>
    <w:p>
      <w:r>
        <w:br w:type="page"/>
      </w:r>
    </w:p>
    <w:p>
      <w:pPr>
        <w:spacing w:after="100"/>
        <w:jc w:val="center"/>
      </w:pPr>
      <w:r>
        <w:rPr>
          <w:b/>
          <w:sz w:val="24"/>
        </w:rPr>
        <w:t>SEZIONE OBBLIGATORIA PER RICHIEDENTE MINORENNE</w:t>
      </w:r>
    </w:p>
    <w:p>
      <w:pPr>
        <w:spacing w:after="80"/>
      </w:pPr>
      <w:r>
        <w:rPr>
          <w:sz w:val="17"/>
        </w:rPr>
        <w:t>La domanda di ammissione a socio presentata da un minorenne deve essere sottoscritta dall'esercente la responsabilità genitoriale o tutore, che rappresenta il minore nei rapporti con l'Associazione.</w:t>
      </w:r>
    </w:p>
    <w:p>
      <w:pPr>
        <w:spacing w:after="40"/>
      </w:pPr>
      <w:r>
        <w:rPr>
          <w:b/>
          <w:sz w:val="21"/>
        </w:rPr>
        <w:t>5. DATI DEL GENITORE / TUTORE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Nome e cognome*</w:t>
            </w:r>
          </w:p>
        </w:tc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_________________________________________</w:t>
            </w:r>
          </w:p>
        </w:tc>
      </w:tr>
      <w:tr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Nato/a a* __________________________</w:t>
            </w:r>
          </w:p>
        </w:tc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il* ____ / ____ / ______</w:t>
            </w:r>
          </w:p>
        </w:tc>
      </w:tr>
      <w:tr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Codice fiscale*</w:t>
            </w:r>
          </w:p>
        </w:tc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_________________________________________</w:t>
            </w:r>
          </w:p>
        </w:tc>
      </w:tr>
      <w:tr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Residente in* _____________________</w:t>
            </w:r>
          </w:p>
        </w:tc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Via/Piazza* _________________________ n. ____</w:t>
            </w:r>
          </w:p>
        </w:tc>
      </w:tr>
      <w:tr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CAP* __________   Provincia* ______</w:t>
            </w:r>
          </w:p>
        </w:tc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Comune* ______________________________</w:t>
            </w:r>
          </w:p>
        </w:tc>
      </w:tr>
      <w:tr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Telefono* _________________________</w:t>
            </w:r>
          </w:p>
        </w:tc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E-mail* ___________________________________________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656"/>
      </w:tblGrid>
      <w:tr>
        <w:tc>
          <w:tcPr>
            <w:tcW w:type="dxa" w:w="10656"/>
            <w:shd w:fill="FFF2CC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sz w:val="16"/>
              </w:rPr>
              <w:t>Il/La sottoscritto/a, in qualità di esercente la responsabilità genitoriale o tutore, dichiara di presentare la presente domanda nell'interesse del minore, di conoscere e accettare lo Statuto e le regole dell'Associazione e di assumere, nei confronti della stessa, le responsabilità previste per l'associato minorenne.</w:t>
            </w:r>
          </w:p>
        </w:tc>
      </w:tr>
    </w:tbl>
    <w:p>
      <w:pPr>
        <w:spacing w:after="40"/>
      </w:pPr>
      <w:r>
        <w:rPr>
          <w:b/>
          <w:sz w:val="21"/>
        </w:rPr>
        <w:t>6. CONSENSI FACOLTATIVI RELATIVI AL MINORE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blHeader w:val="true"/>
        </w:trPr>
        <w:tc>
          <w:tcPr>
            <w:tcW w:type="dxa" w:w="5328"/>
            <w:shd w:fill="E6E6E6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rPr>
                <w:b/>
              </w:rPr>
              <w:t>CONSENSI FACOLTATIVI</w:t>
            </w:r>
          </w:p>
        </w:tc>
        <w:tc>
          <w:tcPr>
            <w:tcW w:type="dxa" w:w="5328"/>
            <w:shd w:fill="E6E6E6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rPr>
                <w:b/>
              </w:rPr>
              <w:t>SCELTA</w:t>
            </w:r>
          </w:p>
        </w:tc>
      </w:tr>
      <w:tr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Autorizzo l'Associazione all'utilizzo di fotografie e/o video del minore per documentazione e promozione delle attività associative.</w:t>
            </w:r>
          </w:p>
        </w:tc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☐ SI     ☐ NO</w:t>
            </w:r>
          </w:p>
        </w:tc>
      </w:tr>
      <w:tr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Acconsento a ricevere comunicazioni informative e/o promozionali relative alle attività del Moto Club.</w:t>
            </w:r>
          </w:p>
        </w:tc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☐ SI     ☐ NO</w:t>
            </w:r>
          </w:p>
        </w:tc>
      </w:tr>
    </w:tbl>
    <w:p>
      <w:pPr>
        <w:spacing w:after="40"/>
      </w:pPr>
      <w:r>
        <w:rPr>
          <w:b/>
          <w:sz w:val="21"/>
        </w:rPr>
        <w:t>7. FIRME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Luogo ______________________________</w:t>
            </w:r>
          </w:p>
        </w:tc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Data ____ / ____ / ______</w:t>
            </w:r>
          </w:p>
        </w:tc>
      </w:tr>
      <w:tr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Firma genitore/tutore*</w:t>
            </w:r>
          </w:p>
        </w:tc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_________________________________________</w:t>
            </w:r>
          </w:p>
        </w:tc>
      </w:tr>
      <w:tr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Firma del minore (14-17 anni), se prevista*</w:t>
            </w:r>
          </w:p>
        </w:tc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_________________________________________</w:t>
            </w:r>
          </w:p>
        </w:tc>
      </w:tr>
      <w:tr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Data firma minore</w:t>
            </w:r>
          </w:p>
        </w:tc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____ / ____ / 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656"/>
      </w:tblGrid>
      <w:tr>
        <w:tc>
          <w:tcPr>
            <w:tcW w:type="dxa" w:w="10656"/>
            <w:shd w:fill="F2F2F2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sz w:val="16"/>
              </w:rPr>
              <w:t>Per i soci minorenni che hanno compiuto 14 anni, la disciplina federale/statutaria applicabile può richiedere anche la sottoscrizione personale del minore. Il Moto Club verificherà la documentazione richiesta per la specifica posizione associativa.</w:t>
            </w:r>
          </w:p>
        </w:tc>
      </w:tr>
    </w:tbl>
    <w:p>
      <w:pPr>
        <w:spacing w:before="100" w:after="40"/>
      </w:pPr>
      <w:r>
        <w:rPr>
          <w:b/>
          <w:sz w:val="21"/>
        </w:rPr>
        <w:t>8. PARTE RISERVATA AL MOTO CLUB DELLA FUTA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Data ricezione domanda</w:t>
            </w:r>
          </w:p>
        </w:tc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____ / ____ / ______</w:t>
            </w:r>
          </w:p>
        </w:tc>
      </w:tr>
      <w:tr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Quota associativa ricevuta</w:t>
            </w:r>
          </w:p>
        </w:tc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€ ______________________________</w:t>
            </w:r>
          </w:p>
        </w:tc>
      </w:tr>
      <w:tr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Modalità pagamento</w:t>
            </w:r>
          </w:p>
        </w:tc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☐ contanti   ☐ bonifico   ☐ altro __________________</w:t>
            </w:r>
          </w:p>
        </w:tc>
      </w:tr>
      <w:tr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Verifica documentazione da parte del Moto Club</w:t>
            </w:r>
          </w:p>
        </w:tc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_________________________________________</w:t>
            </w:r>
          </w:p>
        </w:tc>
      </w:tr>
      <w:tr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Esito / Note</w:t>
            </w:r>
          </w:p>
        </w:tc>
        <w:tc>
          <w:tcPr>
            <w:tcW w:type="dxa" w:w="5328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r>
              <w:t>☐ AMMESSO/A   ☐ IN SOSPESO   ☐ NON AMMESSO/A</w:t>
              <w:br/>
              <w:t>_________________________________________</w:t>
            </w:r>
          </w:p>
        </w:tc>
      </w:tr>
    </w:tbl>
    <w:p>
      <w:pPr>
        <w:spacing w:before="100" w:after="0"/>
        <w:jc w:val="center"/>
      </w:pPr>
      <w:r>
        <w:rPr>
          <w:i/>
          <w:sz w:val="15"/>
        </w:rPr>
        <w:t>Moto Club della Futa - Via Serena 24 - Zola Predosa (BO) | www.motoclubdellafuta.com</w:t>
      </w:r>
    </w:p>
    <w:sectPr w:rsidR="00FC693F" w:rsidRPr="0006063C" w:rsidSect="00034616">
      <w:pgSz w:w="12240" w:h="15840"/>
      <w:pgMar w:top="547" w:right="792" w:bottom="547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